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סקירת השיעורים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השיעורים ביחידה על המשפחה והיישוב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 המרכזי של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הראיון עם אדם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השיעורים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טקסט, שאלות, משימות לשון, משחקים ומשימה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משפחה -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ערכת הראיון עם אדם מבוגר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תחילת היישוב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תערוכת השורשים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שיעור 1 נקרא המעגלים של הלב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שיעור 4 עוסק בחפץ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שיעור 7 עוסק בסיור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שיעור 8 נקרא אנשים טובים ביישוב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שיעור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(מעגלים של הלב)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(חפצים שזוכרים)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(תחילת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טובים ביישוב)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(תערוכת השורשים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את האדם המבוגר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את מה ששמענו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מודים לאדם על השיחה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השיעורים ולסיבה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לעבר, לזיכרון או לסיפור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תערוכת השורשים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מתכננים ושואלים, או מקשיבים ורושמים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הורים ואחים, משפחה מורחבת - סבים ודודים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השיעורים מול התלמידים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התרגיל על שלבי הראיון להכנה בפועל לקראת שיעור 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סקירת השיעורים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יש תשעה שיעורים. לומדים על המשפחה, על שמות, ועל המקום שגרים בו. הדף עוזר לזכור מה יש בכל 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קרובה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הורים, אחים ואחיות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סבים, סבתות, דודים ובני דודים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לפי 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ההתחלה וההיסטוריה של המשפחה או המקום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ומקשיבים לתשובות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עם סיפור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ישן שעובר במשפחה ושומר זיכרון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אנחנו גרים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האנשים שגרים ועוזרים באותו 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בכל 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טקסט בלי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טקסט, שאלות, משימות לשון, משחקים ומשימה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שיעור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עם 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משפחה -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תולדות היישוב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טובים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שיעור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שמות ומשמעותם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ערכת הראיון עם אדם מבוגר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מסלול סיור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חפצים עם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שיעור 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היישוב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ומשמעותם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אנשים טובים ביישוב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שם הפרויקט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המשפחה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תערוכת השורשים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ערכת הראיון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1 עוסק במעגלים של המשפחה הקרובה והמורחבת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4 עוסק בחפצים ששומרים זיכרון משפחתי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7 עוסק בבניית עץ 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8 עוסק באנשים שעוזרים ביישוב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בשיעור 5 לומדים על __________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בעץ המשפחה יש שורשים, גזע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שיעור 9 הוא פרויקט __________ שבו הכיתה הופכת למוזיאון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בשיעור 3 מכינים __________ לראיון עם אדם 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שיעור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תחילת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מעגלים של הלב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טובים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שיעור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תערוכת השורשים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שיעור 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חפצים שזוכרים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את מה ששמענו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מודים לאדם על השיחה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את האדם המבוגר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איזה שיעור ביחידה מעניין אתכם במיוחד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שאלה אחת שהייתם שואלים בראיון עם אדם מבוגר במשפחה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הפרויקט המסכם ביחידה?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שלבים בראיון עם אדם מבוגר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סקירת השיעורים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