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סקירת השיעורים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השיעורים ביחידה על המשפחה והיישוב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הנושא המרכזי של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הראיון עם אדם 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השיעורים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טקסט, שאלות, משימות לשון, משחקים ומשימה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עץ משפחה - שורשים, גזע וענפים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שיעור 1 נקרא המעגלים של הלב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שיעור 4 עוסק בחפץ עם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שיעור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(מעגלים של הלב)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(חפצים שזוכרים)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(תחילת היישוב)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(אנשים טובים ביישוב)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את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את האדם המבוגר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מקשיבים לתשובות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את מה ששמענו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לאחד השיעורים ולסיבה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תערוכת השורשים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מתכננים ושואלים, או מקשיבים ורושמים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משפחה קרובה - הורים ואחים, משפחה מורחבת - סבים ודודים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השיעורים מול התלמידים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התרגיל על שלבי הראיון להכנה בפועל לקראת שיעור 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סקירת השיעורים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הזו לומדים תשעה שיעורים על המשפחה הקרובה והמורחבת, עץ המשפחה, ראיונות עם אנשים מבוגרים, חפצים עם סיפור, שמות, ותולדות היישוב. דף זה עוזר לכם לזכור מה לומדים בכל 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ענפים  ·  שמות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השיעורים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אפשר למצוא בכל שיעור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טקסט בלי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טקסט, שאלות, משימות לשון, משחקים ומשימה יצירתית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משחק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שיעור 2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ראיון עם אדם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עץ משפחה -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תולדות היישוב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שיעור 1 עוסק במעגלים של המשפחה הקרובה והמורחבת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שיעור 4 עוסק בחפצים ששומרים זיכרון משפחתי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בשיעור 5 לומדים על __________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בעץ המשפחה יש שורשים, גזע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שיעור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שיעור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תחילת היישוב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אנשים טובים ביישוב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שיעור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מעגלים של הלב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שיעור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חפצים שזוכרים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מקשיבים לתשובות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רושמים את מה ששמענו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מתכננים את השאלות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את האדם המבוגר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איזה שיעור ביחידה מעניין אתכם במיוחד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הפרויקט המסכם ביחידה?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שלבים בראיון עם אדם מבוגר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סקירת השיעורים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